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[Ihr Firmenname]</w:t>
        <w:br/>
        <w:t>[Straße und Hausnummer]</w:t>
        <w:br/>
        <w:t>[PLZ Ort]</w:t>
        <w:br/>
        <w:t>[E-Mail, Telefon, USt-IdNr.]</w:t>
      </w:r>
    </w:p>
    <w:p/>
    <w:p>
      <w:r>
        <w:t>[Kundenname]</w:t>
        <w:br/>
        <w:t>[Straße und Hausnummer]</w:t>
        <w:br/>
        <w:t>[PLZ Ort]</w:t>
      </w:r>
    </w:p>
    <w:p/>
    <w:p>
      <w:r>
        <w:t>[Ort], [Datum]</w:t>
      </w:r>
    </w:p>
    <w:p/>
    <w:p>
      <w:r>
        <w:rPr>
          <w:b/>
        </w:rPr>
        <w:t>Zahlungserinnerung: Rechnung [Rechnungsnummer]</w:t>
      </w:r>
    </w:p>
    <w:p/>
    <w:p>
      <w:r>
        <w:t>Guten Tag [Kunde],</w:t>
      </w:r>
    </w:p>
    <w:p/>
    <w:p>
      <w:r>
        <w:t>sicher ist es Ihrer Aufmerksamkeit entgangen: Unsere Rechnung [Rechnungsnummer] über [Betrag] war am [Fälligkeitsdatum] fällig. Bislang konnten wir keinen Zahlungseingang feststellen.</w:t>
      </w:r>
    </w:p>
    <w:p/>
    <w:p>
      <w:r>
        <w:t>Bitte überweisen Sie den offenen Betrag in den nächsten Tagen auf das in der Rechnung angegebene Konto. Sollte die Zahlung bereits unterwegs sein, betrachten Sie diese Erinnerung bitte als gegenstandslos – eine kurze Rückmeldung hilft uns, unsere Unterlagen zu aktualisieren.</w:t>
      </w:r>
    </w:p>
    <w:p/>
    <w:p>
      <w:r>
        <w:t>Vielen Dank und freundliche Grüße</w:t>
      </w:r>
    </w:p>
    <w:p>
      <w:r>
        <w:t>[Name]</w:t>
      </w:r>
    </w:p>
    <w:p>
      <w:r>
        <w:t>[Firma]</w:t>
      </w:r>
    </w:p>
    <w:p>
      <w:r>
        <w:br w:type="page"/>
      </w:r>
    </w:p>
    <w:p>
      <w:r>
        <w:t>[Ihr Firmenname]</w:t>
        <w:br/>
        <w:t>[Straße und Hausnummer]</w:t>
        <w:br/>
        <w:t>[PLZ Ort]</w:t>
        <w:br/>
        <w:t>[E-Mail, Telefon, USt-IdNr.]</w:t>
      </w:r>
    </w:p>
    <w:p/>
    <w:p>
      <w:r>
        <w:t>[Kundenname]</w:t>
        <w:br/>
        <w:t>[Straße und Hausnummer]</w:t>
        <w:br/>
        <w:t>[PLZ Ort]</w:t>
      </w:r>
    </w:p>
    <w:p/>
    <w:p>
      <w:r>
        <w:t>[Ort], [Datum]</w:t>
      </w:r>
    </w:p>
    <w:p/>
    <w:p>
      <w:r>
        <w:rPr>
          <w:b/>
        </w:rPr>
        <w:t>1. Mahnung: Rechnung [Rechnungsnummer]</w:t>
      </w:r>
    </w:p>
    <w:p/>
    <w:p>
      <w:r>
        <w:t>Sehr geehrte/r [Kunde],</w:t>
      </w:r>
    </w:p>
    <w:p/>
    <w:p>
      <w:r>
        <w:t>trotz unserer Zahlungserinnerung ist die Rechnung [Rechnungsnummer] über [Betrag] weiterhin offen. Das Fälligkeitsdatum ([Fälligkeitsdatum]) liegt inzwischen [Tage] Tage zurück; Sie befinden sich damit in Verzug.</w:t>
      </w:r>
    </w:p>
    <w:p/>
    <w:p>
      <w:r>
        <w:t>Wir bitten Sie, den Betrag von [Betrag] bis spätestens 7 Tage nach Erhalt dieser Mahnung zu begleichen.</w:t>
      </w:r>
    </w:p>
    <w:p/>
    <w:p>
      <w:r>
        <w:t>Falls Sie Einwände gegen die Rechnung haben oder eine Ratenvereinbarung wünschen, antworten Sie bitte auf diese E-Mail. Wir finden gemeinsam eine Lösung.</w:t>
      </w:r>
    </w:p>
    <w:p/>
    <w:p>
      <w:r>
        <w:t>Mit freundlichen Grüßen</w:t>
      </w:r>
    </w:p>
    <w:p>
      <w:r>
        <w:t>[Name]</w:t>
      </w:r>
    </w:p>
    <w:p>
      <w:r>
        <w:t>[Firma]</w:t>
      </w:r>
    </w:p>
    <w:p>
      <w:r>
        <w:br w:type="page"/>
      </w:r>
    </w:p>
    <w:p>
      <w:r>
        <w:t>[Ihr Firmenname]</w:t>
        <w:br/>
        <w:t>[Straße und Hausnummer]</w:t>
        <w:br/>
        <w:t>[PLZ Ort]</w:t>
        <w:br/>
        <w:t>[E-Mail, Telefon, USt-IdNr.]</w:t>
      </w:r>
    </w:p>
    <w:p/>
    <w:p>
      <w:r>
        <w:t>[Kundenname]</w:t>
        <w:br/>
        <w:t>[Straße und Hausnummer]</w:t>
        <w:br/>
        <w:t>[PLZ Ort]</w:t>
      </w:r>
    </w:p>
    <w:p/>
    <w:p>
      <w:r>
        <w:t>[Ort], [Datum]</w:t>
      </w:r>
    </w:p>
    <w:p/>
    <w:p>
      <w:r>
        <w:rPr>
          <w:b/>
        </w:rPr>
        <w:t>Letzte Mahnung vor Einleitung weiterer Schritte: Rechnung [Rechnungsnummer]</w:t>
      </w:r>
    </w:p>
    <w:p/>
    <w:p>
      <w:r>
        <w:t>Sehr geehrte/r [Kunde],</w:t>
      </w:r>
    </w:p>
    <w:p/>
    <w:p>
      <w:r>
        <w:t>trotz Zahlungserinnerung und Mahnung ist die Rechnung [Rechnungsnummer] über [Betrag] (fällig am [Fälligkeitsdatum], seit [Tage] Tagen überfällig) noch immer nicht beglichen.</w:t>
      </w:r>
    </w:p>
    <w:p/>
    <w:p>
      <w:r>
        <w:t>Wir fordern Sie letztmalig auf, den offenen Betrag innerhalb von 7 Tagen nach Erhalt dieser Mahnung zu überweisen.</w:t>
      </w:r>
    </w:p>
    <w:p/>
    <w:p>
      <w:r>
        <w:t>Bleibt auch diese Frist ungenutzt, werden wir Verzugszinsen gemäß § 288 BGB (derzeit 9 Prozentpunkte über dem Basiszinssatz bei Geschäften zwischen Unternehmen) sowie die Verzugspauschale von 40 Euro nach § 288 Abs. 5 BGB berechnen und die Forderung ohne weitere Ankündigung an ein Inkassounternehmen übergeben bzw. das gerichtliche Mahnverfahren einleiten. Die dadurch entstehenden Kosten gehen zu Ihren Lasten.</w:t>
      </w:r>
    </w:p>
    <w:p/>
    <w:p>
      <w:r>
        <w:t>Sollten Sie die Forderung bestreiten, teilen Sie uns dies bitte umgehend mit.</w:t>
      </w:r>
    </w:p>
    <w:p/>
    <w:p>
      <w:r>
        <w:t>Mit freundlichen Grüßen</w:t>
      </w:r>
    </w:p>
    <w:p>
      <w:r>
        <w:t>[Name]</w:t>
      </w:r>
    </w:p>
    <w:p>
      <w:r>
        <w:t>[Firma]</w:t>
      </w:r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Zahlungserinnerung und Mahnung (Word) · dunlio.com · Deutsch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