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[Your business name]</w:t>
        <w:br/>
        <w:t>[Street and number]</w:t>
        <w:br/>
        <w:t>[Postcode, city]</w:t>
        <w:br/>
        <w:t>[Email, phone, VAT ID]</w:t>
      </w:r>
    </w:p>
    <w:p/>
    <w:p>
      <w:r>
        <w:t>[Customer name]</w:t>
        <w:br/>
        <w:t>[Street and number]</w:t>
        <w:br/>
        <w:t>[Postcode, city]</w:t>
      </w:r>
    </w:p>
    <w:p/>
    <w:p>
      <w:r>
        <w:t>[Place], [date]</w:t>
      </w:r>
    </w:p>
    <w:p/>
    <w:p>
      <w:r>
        <w:rPr>
          <w:b/>
        </w:rPr>
        <w:t>A quick reminder: invoice [invoice_number]</w:t>
      </w:r>
    </w:p>
    <w:p/>
    <w:p>
      <w:r>
        <w:t>Hi [client],</w:t>
      </w:r>
    </w:p>
    <w:p/>
    <w:p>
      <w:r>
        <w:t>A quick reminder that invoice [invoice_number] for [amount] was due on [due_date].</w:t>
      </w:r>
    </w:p>
    <w:p/>
    <w:p>
      <w:r>
        <w:t>If you have already paid, thank you! Please reply so we can update our records. If there is anything we can help with, just let us know.</w:t>
      </w:r>
    </w:p>
    <w:p/>
    <w:p>
      <w:r>
        <w:t>Best,</w:t>
      </w:r>
    </w:p>
    <w:p>
      <w:r>
        <w:t>[sender_name]</w:t>
      </w:r>
    </w:p>
    <w:p>
      <w:r>
        <w:t>[business_name]</w:t>
      </w:r>
    </w:p>
    <w:p>
      <w:r>
        <w:br w:type="page"/>
      </w:r>
    </w:p>
    <w:p>
      <w:r>
        <w:t>[Your business name]</w:t>
        <w:br/>
        <w:t>[Street and number]</w:t>
        <w:br/>
        <w:t>[Postcode, city]</w:t>
        <w:br/>
        <w:t>[Email, phone, VAT ID]</w:t>
      </w:r>
    </w:p>
    <w:p/>
    <w:p>
      <w:r>
        <w:t>[Customer name]</w:t>
        <w:br/>
        <w:t>[Street and number]</w:t>
        <w:br/>
        <w:t>[Postcode, city]</w:t>
      </w:r>
    </w:p>
    <w:p/>
    <w:p>
      <w:r>
        <w:t>[Place], [date]</w:t>
      </w:r>
    </w:p>
    <w:p/>
    <w:p>
      <w:r>
        <w:rPr>
          <w:b/>
        </w:rPr>
        <w:t>Payment follow-up for invoice [invoice_number]</w:t>
      </w:r>
    </w:p>
    <w:p/>
    <w:p>
      <w:r>
        <w:t>Hi [client],</w:t>
      </w:r>
    </w:p>
    <w:p/>
    <w:p>
      <w:r>
        <w:t>We are following up on invoice [invoice_number] for [amount], now [days_overdue] days overdue. Could you confirm when we can expect payment?</w:t>
      </w:r>
    </w:p>
    <w:p/>
    <w:p>
      <w:r>
        <w:t>If there is an issue with the invoice, please reply and we will help resolve it.</w:t>
      </w:r>
    </w:p>
    <w:p/>
    <w:p>
      <w:r>
        <w:t>Thank you,</w:t>
      </w:r>
    </w:p>
    <w:p>
      <w:r>
        <w:t>[sender_name]</w:t>
      </w:r>
    </w:p>
    <w:p>
      <w:r>
        <w:t>[business_name]</w:t>
      </w:r>
    </w:p>
    <w:p>
      <w:r>
        <w:br w:type="page"/>
      </w:r>
    </w:p>
    <w:p>
      <w:r>
        <w:t>[Your business name]</w:t>
        <w:br/>
        <w:t>[Street and number]</w:t>
        <w:br/>
        <w:t>[Postcode, city]</w:t>
        <w:br/>
        <w:t>[Email, phone, VAT ID]</w:t>
      </w:r>
    </w:p>
    <w:p/>
    <w:p>
      <w:r>
        <w:t>[Customer name]</w:t>
        <w:br/>
        <w:t>[Street and number]</w:t>
        <w:br/>
        <w:t>[Postcode, city]</w:t>
      </w:r>
    </w:p>
    <w:p/>
    <w:p>
      <w:r>
        <w:t>[Place], [date]</w:t>
      </w:r>
    </w:p>
    <w:p/>
    <w:p>
      <w:r>
        <w:rPr>
          <w:b/>
        </w:rPr>
        <w:t>Final notice: invoice [invoice_number]</w:t>
      </w:r>
    </w:p>
    <w:p/>
    <w:p>
      <w:r>
        <w:t>Hi [client],</w:t>
      </w:r>
    </w:p>
    <w:p/>
    <w:p>
      <w:r>
        <w:t>Despite our earlier reminders, invoice [invoice_number] for [amount] (due [due_date], [days_overdue] days overdue) remains unpaid.</w:t>
      </w:r>
    </w:p>
    <w:p/>
    <w:p>
      <w:r>
        <w:t>Please settle the balance within 7 days of this notice. After that date we may charge statutory late-payment interest and costs and pass the claim to our collection partner.</w:t>
      </w:r>
    </w:p>
    <w:p/>
    <w:p>
      <w:r>
        <w:t>If you dispute the invoice, please reply now so we can resolve it.</w:t>
      </w:r>
    </w:p>
    <w:p/>
    <w:p>
      <w:r>
        <w:t>Regards,</w:t>
      </w:r>
    </w:p>
    <w:p>
      <w:r>
        <w:t>[sender_name]</w:t>
      </w:r>
    </w:p>
    <w:p>
      <w:r>
        <w:t>[business_name]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Reminder letters (Word) · dunlio.com · English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