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[Su empresa]</w:t>
        <w:br/>
        <w:t>[Dirección]</w:t>
        <w:br/>
        <w:t>[Código postal, ciudad]</w:t>
        <w:br/>
        <w:t>[Email, teléfono, NIF]</w:t>
      </w:r>
    </w:p>
    <w:p/>
    <w:p>
      <w:r>
        <w:t>[Cliente]</w:t>
        <w:br/>
        <w:t>[Dirección]</w:t>
        <w:br/>
        <w:t>[Código postal, ciudad]</w:t>
      </w:r>
    </w:p>
    <w:p/>
    <w:p>
      <w:r>
        <w:t>[Lugar], [fecha]</w:t>
      </w:r>
    </w:p>
    <w:p/>
    <w:p>
      <w:r>
        <w:rPr>
          <w:b/>
        </w:rPr>
        <w:t>Recordatorio: factura [invoice_number] vencida</w:t>
      </w:r>
    </w:p>
    <w:p/>
    <w:p>
      <w:r>
        <w:t>Estimado/a [client]:</w:t>
      </w:r>
    </w:p>
    <w:p/>
    <w:p>
      <w:r>
        <w:t>Le escribimos para recordarle que la factura [invoice_number], por importe de [amount], venció el [due_date] y todavía no nos consta su pago.</w:t>
      </w:r>
    </w:p>
    <w:p/>
    <w:p>
      <w:r>
        <w:t>Si ya ha realizado la transferencia, le agradecemos que nos lo confirme respondiendo a este correo para actualizar nuestros registros. Si tiene cualquier duda sobre la factura, quedamos a su disposición.</w:t>
      </w:r>
    </w:p>
    <w:p/>
    <w:p>
      <w:r>
        <w:t>Un cordial saludo,</w:t>
      </w:r>
    </w:p>
    <w:p>
      <w:r>
        <w:t>[sender_name]</w:t>
      </w:r>
    </w:p>
    <w:p>
      <w:r>
        <w:t>[business_name]</w:t>
      </w:r>
    </w:p>
    <w:p>
      <w:r>
        <w:br w:type="page"/>
      </w:r>
    </w:p>
    <w:p>
      <w:r>
        <w:t>[Su empresa]</w:t>
        <w:br/>
        <w:t>[Dirección]</w:t>
        <w:br/>
        <w:t>[Código postal, ciudad]</w:t>
        <w:br/>
        <w:t>[Email, teléfono, NIF]</w:t>
      </w:r>
    </w:p>
    <w:p/>
    <w:p>
      <w:r>
        <w:t>[Cliente]</w:t>
        <w:br/>
        <w:t>[Dirección]</w:t>
        <w:br/>
        <w:t>[Código postal, ciudad]</w:t>
      </w:r>
    </w:p>
    <w:p/>
    <w:p>
      <w:r>
        <w:t>[Lugar], [fecha]</w:t>
      </w:r>
    </w:p>
    <w:p/>
    <w:p>
      <w:r>
        <w:rPr>
          <w:b/>
        </w:rPr>
        <w:t>Reclamación de pago: factura [invoice_number]</w:t>
      </w:r>
    </w:p>
    <w:p/>
    <w:p>
      <w:r>
        <w:t>Estimado/a [client]:</w:t>
      </w:r>
    </w:p>
    <w:p/>
    <w:p>
      <w:r>
        <w:t>A pesar de nuestro recordatorio anterior, la factura [invoice_number], por importe de [amount], sigue pendiente de pago [days_overdue] días después de su vencimiento el [due_date].</w:t>
      </w:r>
    </w:p>
    <w:p/>
    <w:p>
      <w:r>
        <w:t>Le rogamos que regularice el pago a la mayor brevedad o nos indique la fecha en la que podemos esperar el abono.</w:t>
      </w:r>
    </w:p>
    <w:p/>
    <w:p>
      <w:r>
        <w:t>Si existe algún problema con la factura o no está de acuerdo con su contenido, respóndanos a este correo y buscaremos una solución conjunta.</w:t>
      </w:r>
    </w:p>
    <w:p/>
    <w:p>
      <w:r>
        <w:t>Atentamente,</w:t>
      </w:r>
    </w:p>
    <w:p>
      <w:r>
        <w:t>[sender_name]</w:t>
      </w:r>
    </w:p>
    <w:p>
      <w:r>
        <w:t>[business_name]</w:t>
      </w:r>
    </w:p>
    <w:p>
      <w:r>
        <w:br w:type="page"/>
      </w:r>
    </w:p>
    <w:p>
      <w:r>
        <w:t>[Su empresa]</w:t>
        <w:br/>
        <w:t>[Dirección]</w:t>
        <w:br/>
        <w:t>[Código postal, ciudad]</w:t>
        <w:br/>
        <w:t>[Email, teléfono, NIF]</w:t>
      </w:r>
    </w:p>
    <w:p/>
    <w:p>
      <w:r>
        <w:t>[Cliente]</w:t>
        <w:br/>
        <w:t>[Dirección]</w:t>
        <w:br/>
        <w:t>[Código postal, ciudad]</w:t>
      </w:r>
    </w:p>
    <w:p/>
    <w:p>
      <w:r>
        <w:t>[Lugar], [fecha]</w:t>
      </w:r>
    </w:p>
    <w:p/>
    <w:p>
      <w:r>
        <w:rPr>
          <w:b/>
        </w:rPr>
        <w:t>Requerimiento de pago: factura [invoice_number]</w:t>
      </w:r>
    </w:p>
    <w:p/>
    <w:p>
      <w:r>
        <w:t>Estimado/a [client]:</w:t>
      </w:r>
    </w:p>
    <w:p/>
    <w:p>
      <w:r>
        <w:t>Pese a nuestras reclamaciones anteriores, la factura [invoice_number], por importe de [amount] y vencida el [due_date], continúa impagada tras [days_overdue] días de retraso.</w:t>
      </w:r>
    </w:p>
    <w:p/>
    <w:p>
      <w:r>
        <w:t>Por medio del presente le requerimos formalmente el pago de [amount] en el plazo de 7 días desde la recepción de este correo.</w:t>
      </w:r>
    </w:p>
    <w:p/>
    <w:p>
      <w:r>
        <w:t>Transcurrido dicho plazo sin recibir el pago, aplicaremos el interés de demora y la indemnización de 40 € por costes de cobro previstos en la Ley 3/2004, de medidas de lucha contra la morosidad en las operaciones comerciales, y nos reservamos el derecho a iniciar las acciones de cobro que correspondan.</w:t>
      </w:r>
    </w:p>
    <w:p/>
    <w:p>
      <w:r>
        <w:t>Si discrepa de esta factura, le rogamos que nos responda de inmediato para resolverlo.</w:t>
      </w:r>
    </w:p>
    <w:p/>
    <w:p>
      <w:r>
        <w:t>Atentamente,</w:t>
      </w:r>
    </w:p>
    <w:p>
      <w:r>
        <w:t>[sender_name]</w:t>
      </w:r>
    </w:p>
    <w:p>
      <w:r>
        <w:t>[business_name]</w:t>
      </w:r>
    </w:p>
    <w:sectPr w:rsidR="00FC693F" w:rsidRPr="0006063C" w:rsidSect="00034616">
      <w:footerReference w:type="default" r:id="rId9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>Cartas de reclamación (Word) · dunlio.com · Español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