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[Votre entreprise]</w:t>
        <w:br/>
        <w:t>[Adresse]</w:t>
        <w:br/>
        <w:t>[Code postal, ville]</w:t>
        <w:br/>
        <w:t>[E-mail, téléphone, n° TVA]</w:t>
      </w:r>
    </w:p>
    <w:p/>
    <w:p>
      <w:r>
        <w:t>[Client]</w:t>
        <w:br/>
        <w:t>[Adresse]</w:t>
        <w:br/>
        <w:t>[Code postal, ville]</w:t>
      </w:r>
    </w:p>
    <w:p/>
    <w:p>
      <w:r>
        <w:t>[Lieu], le [date]</w:t>
      </w:r>
    </w:p>
    <w:p/>
    <w:p>
      <w:r>
        <w:rPr>
          <w:b/>
        </w:rPr>
        <w:t>Rappel : facture [invoice_number] arrivée à échéance</w:t>
      </w:r>
    </w:p>
    <w:p/>
    <w:p>
      <w:r>
        <w:t>Bonjour [client],</w:t>
      </w:r>
    </w:p>
    <w:p/>
    <w:p>
      <w:r>
        <w:t>Sauf erreur de notre part, la facture [invoice_number] d’un montant de [amount], arrivée à échéance le [due_date], n’a pas encore été réglée.</w:t>
      </w:r>
    </w:p>
    <w:p/>
    <w:p>
      <w:r>
        <w:t>Si le règlement a déjà été effectué, nous vous remercions et vous invitons à nous le confirmer par simple retour d’e-mail afin que nous puissions mettre nos comptes à jour. Si vous avez la moindre question sur cette facture, nous restons à votre disposition.</w:t>
      </w:r>
    </w:p>
    <w:p/>
    <w:p>
      <w:r>
        <w:t>Bien cordialement,</w:t>
      </w:r>
    </w:p>
    <w:p>
      <w:r>
        <w:t>[sender_name]</w:t>
      </w:r>
    </w:p>
    <w:p>
      <w:r>
        <w:t>[business_name]</w:t>
      </w:r>
    </w:p>
    <w:p>
      <w:r>
        <w:br w:type="page"/>
      </w:r>
    </w:p>
    <w:p>
      <w:r>
        <w:t>[Votre entreprise]</w:t>
        <w:br/>
        <w:t>[Adresse]</w:t>
        <w:br/>
        <w:t>[Code postal, ville]</w:t>
        <w:br/>
        <w:t>[E-mail, téléphone, n° TVA]</w:t>
      </w:r>
    </w:p>
    <w:p/>
    <w:p>
      <w:r>
        <w:t>[Client]</w:t>
        <w:br/>
        <w:t>[Adresse]</w:t>
        <w:br/>
        <w:t>[Code postal, ville]</w:t>
      </w:r>
    </w:p>
    <w:p/>
    <w:p>
      <w:r>
        <w:t>[Lieu], le [date]</w:t>
      </w:r>
    </w:p>
    <w:p/>
    <w:p>
      <w:r>
        <w:rPr>
          <w:b/>
        </w:rPr>
        <w:t>Relance : facture [invoice_number] impayée</w:t>
      </w:r>
    </w:p>
    <w:p/>
    <w:p>
      <w:r>
        <w:t>Bonjour [client],</w:t>
      </w:r>
    </w:p>
    <w:p/>
    <w:p>
      <w:r>
        <w:t>Malgré notre précédent rappel, la facture [invoice_number] d’un montant de [amount] reste impayée à ce jour, soit [days_overdue] jours après son échéance du [due_date].</w:t>
      </w:r>
    </w:p>
    <w:p/>
    <w:p>
      <w:r>
        <w:t>Nous vous remercions de bien vouloir procéder à son règlement dans les meilleurs délais, ou de nous indiquer la date à laquelle nous pouvons attendre le paiement.</w:t>
      </w:r>
    </w:p>
    <w:p/>
    <w:p>
      <w:r>
        <w:t>Si vous contestez cette facture ou rencontrez une difficulté, merci de nous en informer par retour d’e-mail afin que nous trouvions ensemble une solution.</w:t>
      </w:r>
    </w:p>
    <w:p/>
    <w:p>
      <w:r>
        <w:t>Bien cordialement,</w:t>
      </w:r>
    </w:p>
    <w:p>
      <w:r>
        <w:t>[sender_name]</w:t>
      </w:r>
    </w:p>
    <w:p>
      <w:r>
        <w:t>[business_name]</w:t>
      </w:r>
    </w:p>
    <w:p>
      <w:r>
        <w:br w:type="page"/>
      </w:r>
    </w:p>
    <w:p>
      <w:r>
        <w:t>[Votre entreprise]</w:t>
        <w:br/>
        <w:t>[Adresse]</w:t>
        <w:br/>
        <w:t>[Code postal, ville]</w:t>
        <w:br/>
        <w:t>[E-mail, téléphone, n° TVA]</w:t>
      </w:r>
    </w:p>
    <w:p/>
    <w:p>
      <w:r>
        <w:t>[Client]</w:t>
        <w:br/>
        <w:t>[Adresse]</w:t>
        <w:br/>
        <w:t>[Code postal, ville]</w:t>
      </w:r>
    </w:p>
    <w:p/>
    <w:p>
      <w:r>
        <w:t>[Lieu], le [date]</w:t>
      </w:r>
    </w:p>
    <w:p/>
    <w:p>
      <w:r>
        <w:rPr>
          <w:b/>
        </w:rPr>
        <w:t>Mise en demeure : facture [invoice_number]</w:t>
      </w:r>
    </w:p>
    <w:p/>
    <w:p>
      <w:r>
        <w:t>À l’attention de [client]</w:t>
      </w:r>
    </w:p>
    <w:p/>
    <w:p>
      <w:r>
        <w:t>Madame, Monsieur,</w:t>
      </w:r>
    </w:p>
    <w:p/>
    <w:p>
      <w:r>
        <w:t>Malgré nos rappels, la facture [invoice_number] d’un montant de [amount], échue le [due_date], demeure impayée depuis [days_overdue] jours.</w:t>
      </w:r>
    </w:p>
    <w:p/>
    <w:p>
      <w:r>
        <w:t>Par la présente, nous vous mettons en demeure de régler la somme de [amount] sous 8 jours à compter de la réception de ce message.</w:t>
      </w:r>
    </w:p>
    <w:p/>
    <w:p>
      <w:r>
        <w:t>À défaut de paiement dans ce délai, nous appliquerons les pénalités de retard prévues à l’article L441-10 du Code de commerce ainsi que l’indemnité forfaitaire de 40 € pour frais de recouvrement, et nous nous réservons le droit d’engager toute procédure de recouvrement utile.</w:t>
      </w:r>
    </w:p>
    <w:p/>
    <w:p>
      <w:r>
        <w:t>Si vous contestez cette facture, nous vous invitons à nous répondre sans délai.</w:t>
      </w:r>
    </w:p>
    <w:p/>
    <w:p>
      <w:r>
        <w:t>Veuillez agréer, Madame, Monsieur, nos salutations distinguées.</w:t>
      </w:r>
    </w:p>
    <w:p>
      <w:r>
        <w:t>[sender_name]</w:t>
      </w:r>
    </w:p>
    <w:p>
      <w:r>
        <w:t>[business_name]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Lettres de relance (Word) · dunlio.com · Français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