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[La Sua azienda]</w:t>
        <w:br/>
        <w:t>[Indirizzo]</w:t>
        <w:br/>
        <w:t>[CAP, città]</w:t>
        <w:br/>
        <w:t>[Email, telefono, partita IVA]</w:t>
      </w:r>
    </w:p>
    <w:p/>
    <w:p>
      <w:r>
        <w:t>[Cliente]</w:t>
        <w:br/>
        <w:t>[Indirizzo]</w:t>
        <w:br/>
        <w:t>[CAP, città]</w:t>
      </w:r>
    </w:p>
    <w:p/>
    <w:p>
      <w:r>
        <w:t>[Luogo], [data]</w:t>
      </w:r>
    </w:p>
    <w:p/>
    <w:p>
      <w:r>
        <w:rPr>
          <w:b/>
        </w:rPr>
        <w:t>Promemoria: fattura [invoice_number] in scadenza</w:t>
      </w:r>
    </w:p>
    <w:p/>
    <w:p>
      <w:r>
        <w:t>Gentile [client],</w:t>
      </w:r>
    </w:p>
    <w:p/>
    <w:p>
      <w:r>
        <w:t>Le scriviamo per ricordarLe che la fattura [invoice_number] di [amount], con scadenza il [due_date], non risulta ancora saldata.</w:t>
      </w:r>
    </w:p>
    <w:p/>
    <w:p>
      <w:r>
        <w:t>Se ha già provveduto al pagamento, La ringraziamo e La preghiamo di confermarcelo rispondendo a questa email, così da aggiornare i nostri registri. Per qualsiasi chiarimento sulla fattura restiamo a Sua disposizione.</w:t>
      </w:r>
    </w:p>
    <w:p/>
    <w:p>
      <w:r>
        <w:t>Cordiali saluti,</w:t>
      </w:r>
    </w:p>
    <w:p>
      <w:r>
        <w:t>[sender_name]</w:t>
      </w:r>
    </w:p>
    <w:p>
      <w:r>
        <w:t>[business_name]</w:t>
      </w:r>
    </w:p>
    <w:p>
      <w:r>
        <w:br w:type="page"/>
      </w:r>
    </w:p>
    <w:p>
      <w:r>
        <w:t>[La Sua azienda]</w:t>
        <w:br/>
        <w:t>[Indirizzo]</w:t>
        <w:br/>
        <w:t>[CAP, città]</w:t>
        <w:br/>
        <w:t>[Email, telefono, partita IVA]</w:t>
      </w:r>
    </w:p>
    <w:p/>
    <w:p>
      <w:r>
        <w:t>[Cliente]</w:t>
        <w:br/>
        <w:t>[Indirizzo]</w:t>
        <w:br/>
        <w:t>[CAP, città]</w:t>
      </w:r>
    </w:p>
    <w:p/>
    <w:p>
      <w:r>
        <w:t>[Luogo], [data]</w:t>
      </w:r>
    </w:p>
    <w:p/>
    <w:p>
      <w:r>
        <w:rPr>
          <w:b/>
        </w:rPr>
        <w:t>Sollecito di pagamento: fattura [invoice_number]</w:t>
      </w:r>
    </w:p>
    <w:p/>
    <w:p>
      <w:r>
        <w:t>Gentile [client],</w:t>
      </w:r>
    </w:p>
    <w:p/>
    <w:p>
      <w:r>
        <w:t>nonostante il nostro precedente promemoria, la fattura [invoice_number] di [amount] risulta ancora insoluta a [days_overdue] giorni dalla scadenza del [due_date].</w:t>
      </w:r>
    </w:p>
    <w:p/>
    <w:p>
      <w:r>
        <w:t>La invitiamo a provvedere al saldo quanto prima o a comunicarci la data entro cui possiamo attendere il pagamento.</w:t>
      </w:r>
    </w:p>
    <w:p/>
    <w:p>
      <w:r>
        <w:t>Se riscontra un problema con la fattura o ne contesta il contenuto, ci risponda a questa email e troveremo insieme una soluzione.</w:t>
      </w:r>
    </w:p>
    <w:p/>
    <w:p>
      <w:r>
        <w:t>Cordiali saluti,</w:t>
      </w:r>
    </w:p>
    <w:p>
      <w:r>
        <w:t>[sender_name]</w:t>
      </w:r>
    </w:p>
    <w:p>
      <w:r>
        <w:t>[business_name]</w:t>
      </w:r>
    </w:p>
    <w:p>
      <w:r>
        <w:br w:type="page"/>
      </w:r>
    </w:p>
    <w:p>
      <w:r>
        <w:t>[La Sua azienda]</w:t>
        <w:br/>
        <w:t>[Indirizzo]</w:t>
        <w:br/>
        <w:t>[CAP, città]</w:t>
        <w:br/>
        <w:t>[Email, telefono, partita IVA]</w:t>
      </w:r>
    </w:p>
    <w:p/>
    <w:p>
      <w:r>
        <w:t>[Cliente]</w:t>
        <w:br/>
        <w:t>[Indirizzo]</w:t>
        <w:br/>
        <w:t>[CAP, città]</w:t>
      </w:r>
    </w:p>
    <w:p/>
    <w:p>
      <w:r>
        <w:t>[Luogo], [data]</w:t>
      </w:r>
    </w:p>
    <w:p/>
    <w:p>
      <w:r>
        <w:rPr>
          <w:b/>
        </w:rPr>
        <w:t>Diffida ad adempiere: fattura [invoice_number]</w:t>
      </w:r>
    </w:p>
    <w:p/>
    <w:p>
      <w:r>
        <w:t>Spett.le [client],</w:t>
      </w:r>
    </w:p>
    <w:p/>
    <w:p>
      <w:r>
        <w:t>nonostante i nostri solleciti, la fattura [invoice_number] di [amount], scaduta il [due_date], risulta tuttora insoluta da [days_overdue] giorni.</w:t>
      </w:r>
    </w:p>
    <w:p/>
    <w:p>
      <w:r>
        <w:t>Con la presente La diffidiamo formalmente a provvedere al pagamento di [amount] entro 7 giorni dal ricevimento di questa comunicazione.</w:t>
      </w:r>
    </w:p>
    <w:p/>
    <w:p>
      <w:r>
        <w:t>Decorso inutilmente tale termine, applicheremo gli interessi di mora e il risarcimento forfettario di 40 € per i costi di recupero previsti dal D.Lgs. 231/2002 e ci riserviamo di avviare le azioni di recupero del credito ritenute opportune, con aggravio di spese a Suo carico.</w:t>
      </w:r>
    </w:p>
    <w:p/>
    <w:p>
      <w:r>
        <w:t>Qualora contesti la fattura, La preghiamo di rispondere immediatamente per chiarire la questione.</w:t>
      </w:r>
    </w:p>
    <w:p/>
    <w:p>
      <w:r>
        <w:t>Distinti saluti,</w:t>
      </w:r>
    </w:p>
    <w:p>
      <w:r>
        <w:t>[sender_name]</w:t>
      </w:r>
    </w:p>
    <w:p>
      <w:r>
        <w:t>[business_name]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Lettere di sollecito (Word) · dunlio.com · Italiano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