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[Uw bedrijf]</w:t>
        <w:br/>
        <w:t>[Adres]</w:t>
        <w:br/>
        <w:t>[Postcode, plaats]</w:t>
        <w:br/>
        <w:t>[E-mail, telefoon, btw-nummer]</w:t>
      </w:r>
    </w:p>
    <w:p/>
    <w:p>
      <w:r>
        <w:t>[Klant]</w:t>
        <w:br/>
        <w:t>[Adres]</w:t>
        <w:br/>
        <w:t>[Postcode, plaats]</w:t>
      </w:r>
    </w:p>
    <w:p/>
    <w:p>
      <w:r>
        <w:t>[Plaats], [datum]</w:t>
      </w:r>
    </w:p>
    <w:p/>
    <w:p>
      <w:r>
        <w:rPr>
          <w:b/>
        </w:rPr>
        <w:t>Betalingsherinnering: factuur [invoice_number]</w:t>
      </w:r>
    </w:p>
    <w:p/>
    <w:p>
      <w:r>
        <w:t>Geachte [client],</w:t>
      </w:r>
    </w:p>
    <w:p/>
    <w:p>
      <w:r>
        <w:t>Waarschijnlijk is het aan uw aandacht ontsnapt: factuur [invoice_number] ter hoogte van [amount] had een vervaldatum van [due_date]. Wij hebben de betaling nog niet ontvangen.</w:t>
      </w:r>
    </w:p>
    <w:p/>
    <w:p>
      <w:r>
        <w:t>Wilt u het openstaande bedrag binnen enkele dagen overmaken op het rekeningnummer dat op de factuur staat? Heeft u inmiddels al betaald, dan kunt u deze herinnering als niet verzonden beschouwen. Een korte reactie helpt ons onze administratie bij te werken.</w:t>
      </w:r>
    </w:p>
    <w:p/>
    <w:p>
      <w:r>
        <w:t>Met vriendelijke groet,</w:t>
      </w:r>
    </w:p>
    <w:p>
      <w:r>
        <w:t>[sender_name]</w:t>
      </w:r>
    </w:p>
    <w:p>
      <w:r>
        <w:t>[business_name]</w:t>
      </w:r>
    </w:p>
    <w:p>
      <w:r>
        <w:br w:type="page"/>
      </w:r>
    </w:p>
    <w:p>
      <w:r>
        <w:t>[Uw bedrijf]</w:t>
        <w:br/>
        <w:t>[Adres]</w:t>
        <w:br/>
        <w:t>[Postcode, plaats]</w:t>
        <w:br/>
        <w:t>[E-mail, telefoon, btw-nummer]</w:t>
      </w:r>
    </w:p>
    <w:p/>
    <w:p>
      <w:r>
        <w:t>[Klant]</w:t>
        <w:br/>
        <w:t>[Adres]</w:t>
        <w:br/>
        <w:t>[Postcode, plaats]</w:t>
      </w:r>
    </w:p>
    <w:p/>
    <w:p>
      <w:r>
        <w:t>[Plaats], [datum]</w:t>
      </w:r>
    </w:p>
    <w:p/>
    <w:p>
      <w:r>
        <w:rPr>
          <w:b/>
        </w:rPr>
        <w:t>Aanmaning: factuur [invoice_number] nog niet voldaan</w:t>
      </w:r>
    </w:p>
    <w:p/>
    <w:p>
      <w:r>
        <w:t>Geachte [client],</w:t>
      </w:r>
    </w:p>
    <w:p/>
    <w:p>
      <w:r>
        <w:t>Ondanks onze eerdere betalingsherinnering staat factuur [invoice_number] ter hoogte van [amount] nog steeds open. De vervaldatum ([due_date]) is inmiddels [days_overdue] dagen verstreken.</w:t>
      </w:r>
    </w:p>
    <w:p/>
    <w:p>
      <w:r>
        <w:t>Wij verzoeken u het bedrag van [amount] binnen 7 dagen na dagtekening van deze aanmaning over te maken.</w:t>
      </w:r>
    </w:p>
    <w:p/>
    <w:p>
      <w:r>
        <w:t>Heeft u een vraag over de factuur, bent u het er niet mee eens of wilt u een betalingsregeling treffen? Reageer dan op deze e-mail, dan zoeken we samen naar een oplossing.</w:t>
      </w:r>
    </w:p>
    <w:p/>
    <w:p>
      <w:r>
        <w:t>Met vriendelijke groet,</w:t>
      </w:r>
    </w:p>
    <w:p>
      <w:r>
        <w:t>[sender_name]</w:t>
      </w:r>
    </w:p>
    <w:p>
      <w:r>
        <w:t>[business_name]</w:t>
      </w:r>
    </w:p>
    <w:p>
      <w:r>
        <w:br w:type="page"/>
      </w:r>
    </w:p>
    <w:p>
      <w:r>
        <w:t>[Uw bedrijf]</w:t>
        <w:br/>
        <w:t>[Adres]</w:t>
        <w:br/>
        <w:t>[Postcode, plaats]</w:t>
        <w:br/>
        <w:t>[E-mail, telefoon, btw-nummer]</w:t>
      </w:r>
    </w:p>
    <w:p/>
    <w:p>
      <w:r>
        <w:t>[Klant]</w:t>
        <w:br/>
        <w:t>[Adres]</w:t>
        <w:br/>
        <w:t>[Postcode, plaats]</w:t>
      </w:r>
    </w:p>
    <w:p/>
    <w:p>
      <w:r>
        <w:t>[Plaats], [datum]</w:t>
      </w:r>
    </w:p>
    <w:p/>
    <w:p>
      <w:r>
        <w:rPr>
          <w:b/>
        </w:rPr>
        <w:t>Laatste aanmaning en ingebrekestelling: factuur [invoice_number]</w:t>
      </w:r>
    </w:p>
    <w:p/>
    <w:p>
      <w:r>
        <w:t>Geachte [client],</w:t>
      </w:r>
    </w:p>
    <w:p/>
    <w:p>
      <w:r>
        <w:t>Ondanks onze betalingsherinnering en aanmaning hebben wij voor factuur [invoice_number] ter hoogte van [amount] (vervaldatum [due_date], [days_overdue] dagen te laat) nog geen betaling ontvangen.</w:t>
      </w:r>
    </w:p>
    <w:p/>
    <w:p>
      <w:r>
        <w:t>Hierbij stellen wij u in gebreke en sommeren wij u het openstaande bedrag binnen 14 dagen na de dag van ontvangst van deze brief te voldoen.</w:t>
      </w:r>
    </w:p>
    <w:p/>
    <w:p>
      <w:r>
        <w:t>Blijft betaling binnen die termijn uit, dan brengen wij de wettelijke handelsrente over het openstaande bedrag in rekening vanaf de vervaldatum, evenals de buitengerechtelijke incassokosten volgens de Wet Incassokosten (minimaal 40 euro). Daarna dragen wij de vordering zonder nadere aankondiging over aan ons incassobureau; de bijkomende kosten komen voor uw rekening.</w:t>
      </w:r>
    </w:p>
    <w:p/>
    <w:p>
      <w:r>
        <w:t>Betwist u de vordering, laat ons dit dan per omgaande weten.</w:t>
      </w:r>
    </w:p>
    <w:p/>
    <w:p>
      <w:r>
        <w:t>Hoogachtend,</w:t>
      </w:r>
    </w:p>
    <w:p>
      <w:r>
        <w:t>[sender_name]</w:t>
      </w:r>
    </w:p>
    <w:p>
      <w:r>
        <w:t>[business_name]</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Herinnering en aanmaning (Word) · dunlio.com · Nederlands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