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[Nazwa Państwa firmy]</w:t>
        <w:br/>
        <w:t>[Adres]</w:t>
        <w:br/>
        <w:t>[Kod pocztowy, miejscowość]</w:t>
        <w:br/>
        <w:t>[E-mail, telefon, NIP]</w:t>
      </w:r>
    </w:p>
    <w:p/>
    <w:p>
      <w:r>
        <w:t>[Klient]</w:t>
        <w:br/>
        <w:t>[Adres]</w:t>
        <w:br/>
        <w:t>[Kod pocztowy, miejscowość]</w:t>
      </w:r>
    </w:p>
    <w:p/>
    <w:p>
      <w:r>
        <w:t>[Miejscowość], [data]</w:t>
      </w:r>
    </w:p>
    <w:p/>
    <w:p>
      <w:r>
        <w:rPr>
          <w:b/>
        </w:rPr>
        <w:t>Przypomnienie o płatności: faktura [invoice_number]</w:t>
      </w:r>
    </w:p>
    <w:p/>
    <w:p>
      <w:r>
        <w:t>Szanowni Państwo,</w:t>
      </w:r>
    </w:p>
    <w:p/>
    <w:p>
      <w:r>
        <w:t>uprzejmie przypominamy, że termin płatności faktury [invoice_number] wystawionej dla [client] na kwotę [amount] upłynął [due_date]. Do dnia dzisiejszego nie odnotowaliśmy wpłaty.</w:t>
      </w:r>
    </w:p>
    <w:p/>
    <w:p>
      <w:r>
        <w:t>Prosimy o uregulowanie należności w ciągu najbliższych dni na rachunek bankowy wskazany na fakturze. Jeżeli płatność została już zrealizowana, prosimy o potraktowanie tej wiadomości jako bezprzedmiotowej – krótka odpowiedź pomoże nam zaktualizować nasze zapisy.</w:t>
      </w:r>
    </w:p>
    <w:p/>
    <w:p>
      <w:r>
        <w:t>Z wyrazami szacunku</w:t>
      </w:r>
    </w:p>
    <w:p>
      <w:r>
        <w:t>[sender_name]</w:t>
      </w:r>
    </w:p>
    <w:p>
      <w:r>
        <w:t>[business_name]</w:t>
      </w:r>
    </w:p>
    <w:p>
      <w:r>
        <w:br w:type="page"/>
      </w:r>
    </w:p>
    <w:p>
      <w:r>
        <w:t>[Nazwa Państwa firmy]</w:t>
        <w:br/>
        <w:t>[Adres]</w:t>
        <w:br/>
        <w:t>[Kod pocztowy, miejscowość]</w:t>
        <w:br/>
        <w:t>[E-mail, telefon, NIP]</w:t>
      </w:r>
    </w:p>
    <w:p/>
    <w:p>
      <w:r>
        <w:t>[Klient]</w:t>
        <w:br/>
        <w:t>[Adres]</w:t>
        <w:br/>
        <w:t>[Kod pocztowy, miejscowość]</w:t>
      </w:r>
    </w:p>
    <w:p/>
    <w:p>
      <w:r>
        <w:t>[Miejscowość], [data]</w:t>
      </w:r>
    </w:p>
    <w:p/>
    <w:p>
      <w:r>
        <w:rPr>
          <w:b/>
        </w:rPr>
        <w:t>Wezwanie do zapłaty: faktura [invoice_number]</w:t>
      </w:r>
    </w:p>
    <w:p/>
    <w:p>
      <w:r>
        <w:t>Szanowni Państwo,</w:t>
      </w:r>
    </w:p>
    <w:p/>
    <w:p>
      <w:r>
        <w:t>pomimo wcześniejszego przypomnienia faktura [invoice_number] wystawiona dla [client] na kwotę [amount] pozostaje nieopłacona. Termin płatności ([due_date]) minął [days_overdue] dni temu.</w:t>
      </w:r>
    </w:p>
    <w:p/>
    <w:p>
      <w:r>
        <w:t>Niniejszym wzywamy do zapłaty kwoty [amount] w terminie 7 dni od dnia otrzymania tej wiadomości.</w:t>
      </w:r>
    </w:p>
    <w:p/>
    <w:p>
      <w:r>
        <w:t>Jeżeli mają Państwo zastrzeżenia do faktury lub chcieliby Państwo ustalić harmonogram spłaty, prosimy o odpowiedź na tę wiadomość – wspólnie znajdziemy rozwiązanie.</w:t>
      </w:r>
    </w:p>
    <w:p/>
    <w:p>
      <w:r>
        <w:t>Z poważaniem</w:t>
      </w:r>
    </w:p>
    <w:p>
      <w:r>
        <w:t>[sender_name]</w:t>
      </w:r>
    </w:p>
    <w:p>
      <w:r>
        <w:t>[business_name]</w:t>
      </w:r>
    </w:p>
    <w:p>
      <w:r>
        <w:br w:type="page"/>
      </w:r>
    </w:p>
    <w:p>
      <w:r>
        <w:t>[Nazwa Państwa firmy]</w:t>
        <w:br/>
        <w:t>[Adres]</w:t>
        <w:br/>
        <w:t>[Kod pocztowy, miejscowość]</w:t>
        <w:br/>
        <w:t>[E-mail, telefon, NIP]</w:t>
      </w:r>
    </w:p>
    <w:p/>
    <w:p>
      <w:r>
        <w:t>[Klient]</w:t>
        <w:br/>
        <w:t>[Adres]</w:t>
        <w:br/>
        <w:t>[Kod pocztowy, miejscowość]</w:t>
      </w:r>
    </w:p>
    <w:p/>
    <w:p>
      <w:r>
        <w:t>[Miejscowość], [data]</w:t>
      </w:r>
    </w:p>
    <w:p/>
    <w:p>
      <w:r>
        <w:rPr>
          <w:b/>
        </w:rPr>
        <w:t>Ostateczne przedsądowe wezwanie do zapłaty: faktura [invoice_number]</w:t>
      </w:r>
    </w:p>
    <w:p/>
    <w:p>
      <w:r>
        <w:t>Szanowni Państwo,</w:t>
      </w:r>
    </w:p>
    <w:p/>
    <w:p>
      <w:r>
        <w:t>pomimo przypomnienia oraz wezwania do zapłaty faktura [invoice_number] wystawiona dla [client] na kwotę [amount] (termin płatności [due_date], [days_overdue] dni po terminie) nadal nie została uregulowana.</w:t>
      </w:r>
    </w:p>
    <w:p/>
    <w:p>
      <w:r>
        <w:t>Niniejszym ostatecznie wzywamy do zapłaty całej należności w nieprzekraczalnym terminie 7 dni od dnia otrzymania niniejszego wezwania.</w:t>
      </w:r>
    </w:p>
    <w:p/>
    <w:p>
      <w:r>
        <w:t>W przypadku braku wpłaty w tym terminie naliczymy odsetki ustawowe za opóźnienie w transakcjach handlowych liczone od dnia wymagalności oraz rekompensatę za koszty odzyskiwania należności w wysokości równowartości 40 EUR (ustawa z dnia 8 marca 2013 r. o przeciwdziałaniu nadmiernym opóźnieniom w transakcjach handlowych), a sprawę skierujemy bez dalszego wezwania na drogę postępowania sądowego. Kosztami postępowania zostaną obciążeni Państwo.</w:t>
      </w:r>
    </w:p>
    <w:p/>
    <w:p>
      <w:r>
        <w:t>Jeżeli kwestionują Państwo roszczenie, prosimy o niezwłoczny kontakt.</w:t>
      </w:r>
    </w:p>
    <w:p/>
    <w:p>
      <w:r>
        <w:t>Z poważaniem</w:t>
      </w:r>
    </w:p>
    <w:p>
      <w:r>
        <w:t>[sender_name]</w:t>
      </w:r>
    </w:p>
    <w:p>
      <w:r>
        <w:t>[business_name]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Wezwania do zapłaty (Word) · dunlio.com · Polski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