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[A sua empresa]</w:t>
        <w:br/>
        <w:t>[Morada]</w:t>
        <w:br/>
        <w:t>[Código postal, localidade]</w:t>
        <w:br/>
        <w:t>[E-mail, telefone, NIF]</w:t>
      </w:r>
    </w:p>
    <w:p/>
    <w:p>
      <w:r>
        <w:t>[Cliente]</w:t>
        <w:br/>
        <w:t>[Morada]</w:t>
        <w:br/>
        <w:t>[Código postal, localidade]</w:t>
      </w:r>
    </w:p>
    <w:p/>
    <w:p>
      <w:r>
        <w:t>[Local], [data]</w:t>
      </w:r>
    </w:p>
    <w:p/>
    <w:p>
      <w:r>
        <w:rPr>
          <w:b/>
        </w:rPr>
        <w:t>Lembrete: fatura [invoice_number] vencida</w:t>
      </w:r>
    </w:p>
    <w:p/>
    <w:p>
      <w:r>
        <w:t>Caro(a) [client],</w:t>
      </w:r>
    </w:p>
    <w:p/>
    <w:p>
      <w:r>
        <w:t>Escrevemos para lembrar que a fatura [invoice_number], no valor de [amount], venceu em [due_date] e ainda não registámos o respetivo pagamento.</w:t>
      </w:r>
    </w:p>
    <w:p/>
    <w:p>
      <w:r>
        <w:t>Se já efetuou a transferência, agradecemos que nos confirme respondendo a este e-mail, para atualizarmos os nossos registos. Se tiver alguma dúvida sobre a fatura, estamos inteiramente ao seu dispor.</w:t>
      </w:r>
    </w:p>
    <w:p/>
    <w:p>
      <w:r>
        <w:t>Com os melhores cumprimentos,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[A sua empresa]</w:t>
        <w:br/>
        <w:t>[Morada]</w:t>
        <w:br/>
        <w:t>[Código postal, localidade]</w:t>
        <w:br/>
        <w:t>[E-mail, telefone, NIF]</w:t>
      </w:r>
    </w:p>
    <w:p/>
    <w:p>
      <w:r>
        <w:t>[Cliente]</w:t>
        <w:br/>
        <w:t>[Morada]</w:t>
        <w:br/>
        <w:t>[Código postal, localidade]</w:t>
      </w:r>
    </w:p>
    <w:p/>
    <w:p>
      <w:r>
        <w:t>[Local], [data]</w:t>
      </w:r>
    </w:p>
    <w:p/>
    <w:p>
      <w:r>
        <w:rPr>
          <w:b/>
        </w:rPr>
        <w:t>Aviso: fatura [invoice_number] por liquidar</w:t>
      </w:r>
    </w:p>
    <w:p/>
    <w:p>
      <w:r>
        <w:t>Caro(a) [client],</w:t>
      </w:r>
    </w:p>
    <w:p/>
    <w:p>
      <w:r>
        <w:t>Apesar do nosso lembrete anterior, a fatura [invoice_number], no valor de [amount], continua por liquidar [days_overdue] dias após o vencimento em [due_date].</w:t>
      </w:r>
    </w:p>
    <w:p/>
    <w:p>
      <w:r>
        <w:t>Solicitamos que regularize o pagamento com a maior brevidade possível ou nos indique a data em que podemos contar com a liquidação.</w:t>
      </w:r>
    </w:p>
    <w:p/>
    <w:p>
      <w:r>
        <w:t>Se existir algum problema com a fatura ou não concordar com o seu conteúdo, responda a este e-mail para encontrarmos uma solução em conjunto.</w:t>
      </w:r>
    </w:p>
    <w:p/>
    <w:p>
      <w:r>
        <w:t>Com os melhores cumprimentos,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[A sua empresa]</w:t>
        <w:br/>
        <w:t>[Morada]</w:t>
        <w:br/>
        <w:t>[Código postal, localidade]</w:t>
        <w:br/>
        <w:t>[E-mail, telefone, NIF]</w:t>
      </w:r>
    </w:p>
    <w:p/>
    <w:p>
      <w:r>
        <w:t>[Cliente]</w:t>
        <w:br/>
        <w:t>[Morada]</w:t>
        <w:br/>
        <w:t>[Código postal, localidade]</w:t>
      </w:r>
    </w:p>
    <w:p/>
    <w:p>
      <w:r>
        <w:t>[Local], [data]</w:t>
      </w:r>
    </w:p>
    <w:p/>
    <w:p>
      <w:r>
        <w:rPr>
          <w:b/>
        </w:rPr>
        <w:t>Interpelação para pagamento: fatura [invoice_number]</w:t>
      </w:r>
    </w:p>
    <w:p/>
    <w:p>
      <w:r>
        <w:t>Exmo.(a) Senhor(a) [client],</w:t>
      </w:r>
    </w:p>
    <w:p/>
    <w:p>
      <w:r>
        <w:t>Apesar dos nossos avisos anteriores, a fatura [invoice_number], no valor de [amount] e vencida em [due_date], permanece por liquidar há [days_overdue] dias.</w:t>
      </w:r>
    </w:p>
    <w:p/>
    <w:p>
      <w:r>
        <w:t>Pela presente, interpelamos V. Exa. formalmente para proceder ao pagamento de [amount] no prazo de 8 dias a contar da receção desta comunicação.</w:t>
      </w:r>
    </w:p>
    <w:p/>
    <w:p>
      <w:r>
        <w:t>Decorrido esse prazo sem que o pagamento seja efetuado, aplicaremos os juros de mora comerciais e a indemnização de 40 € pelos custos de cobrança previstos no Decreto-Lei n.º 62/2013, reservando-nos o direito de recorrer aos meios de cobrança que se revelem necessários.</w:t>
      </w:r>
    </w:p>
    <w:p/>
    <w:p>
      <w:r>
        <w:t>Caso conteste esta fatura, pedimos que nos responda de imediato para esclarecermos a situação.</w:t>
      </w:r>
    </w:p>
    <w:p/>
    <w:p>
      <w:r>
        <w:t>Com os melhores cumprimentos,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Cartas de cobrança (Word) · dunlio.com · Português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