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[Your business name]</w:t>
        <w:br/>
        <w:t>[Street address]</w:t>
        <w:br/>
        <w:t>[City, State ZIP]</w:t>
        <w:br/>
        <w:t>[Email, phone]</w:t>
      </w:r>
    </w:p>
    <w:p/>
    <w:p>
      <w:r>
        <w:t>[Customer name]</w:t>
        <w:br/>
        <w:t>[Street address]</w:t>
        <w:br/>
        <w:t>[City, State ZIP]</w:t>
      </w:r>
    </w:p>
    <w:p/>
    <w:p>
      <w:r>
        <w:t>[City], [date]</w:t>
      </w:r>
    </w:p>
    <w:p/>
    <w:p>
      <w:r>
        <w:rPr>
          <w:b/>
        </w:rPr>
        <w:t>Quick reminder: invoice [invoice_number] is past due</w:t>
      </w:r>
    </w:p>
    <w:p/>
    <w:p>
      <w:r>
        <w:t>Hi [client],</w:t>
      </w:r>
    </w:p>
    <w:p/>
    <w:p>
      <w:r>
        <w:t>Just a quick reminder that invoice [invoice_number] for [amount] was due on [due_date] and is still open on our side.</w:t>
      </w:r>
    </w:p>
    <w:p/>
    <w:p>
      <w:r>
        <w:t>If you've already sent payment, thank you! Please reply so we can update our records. If anything is holding it up, let us know and we'll sort it out.</w:t>
      </w:r>
    </w:p>
    <w:p/>
    <w:p>
      <w:r>
        <w:t>Thanks,</w:t>
      </w:r>
    </w:p>
    <w:p>
      <w:r>
        <w:t>[sender_name]</w:t>
      </w:r>
    </w:p>
    <w:p>
      <w:r>
        <w:t>[business_name]</w:t>
      </w:r>
    </w:p>
    <w:p>
      <w:r>
        <w:br w:type="page"/>
      </w:r>
    </w:p>
    <w:p>
      <w:r>
        <w:t>[Your business name]</w:t>
        <w:br/>
        <w:t>[Street address]</w:t>
        <w:br/>
        <w:t>[City, State ZIP]</w:t>
        <w:br/>
        <w:t>[Email, phone]</w:t>
      </w:r>
    </w:p>
    <w:p/>
    <w:p>
      <w:r>
        <w:t>[Customer name]</w:t>
        <w:br/>
        <w:t>[Street address]</w:t>
        <w:br/>
        <w:t>[City, State ZIP]</w:t>
      </w:r>
    </w:p>
    <w:p/>
    <w:p>
      <w:r>
        <w:t>[City], [date]</w:t>
      </w:r>
    </w:p>
    <w:p/>
    <w:p>
      <w:r>
        <w:rPr>
          <w:b/>
        </w:rPr>
        <w:t>Past due notice: invoice [invoice_number] ([days_overdue] days)</w:t>
      </w:r>
    </w:p>
    <w:p/>
    <w:p>
      <w:r>
        <w:t>Hi [client],</w:t>
      </w:r>
    </w:p>
    <w:p/>
    <w:p>
      <w:r>
        <w:t>This is a past due notice for invoice [invoice_number] for [amount], due on [due_date] and now [days_overdue] days past due.</w:t>
      </w:r>
    </w:p>
    <w:p/>
    <w:p>
      <w:r>
        <w:t>Please arrange payment within 7 days or reply with an expected payment date. Per our agreed terms, a late fee may apply to balances that remain unpaid.</w:t>
      </w:r>
    </w:p>
    <w:p/>
    <w:p>
      <w:r>
        <w:t>If there's a question about the invoice, reply to this email and we'll resolve it quickly.</w:t>
      </w:r>
    </w:p>
    <w:p/>
    <w:p>
      <w:r>
        <w:t>Thank you,</w:t>
      </w:r>
    </w:p>
    <w:p>
      <w:r>
        <w:t>[sender_name]</w:t>
      </w:r>
    </w:p>
    <w:p>
      <w:r>
        <w:t>[business_name]</w:t>
      </w:r>
    </w:p>
    <w:p>
      <w:r>
        <w:br w:type="page"/>
      </w:r>
    </w:p>
    <w:p>
      <w:r>
        <w:t>[Your business name]</w:t>
        <w:br/>
        <w:t>[Street address]</w:t>
        <w:br/>
        <w:t>[City, State ZIP]</w:t>
        <w:br/>
        <w:t>[Email, phone]</w:t>
      </w:r>
    </w:p>
    <w:p/>
    <w:p>
      <w:r>
        <w:t>[Customer name]</w:t>
        <w:br/>
        <w:t>[Street address]</w:t>
        <w:br/>
        <w:t>[City, State ZIP]</w:t>
      </w:r>
    </w:p>
    <w:p/>
    <w:p>
      <w:r>
        <w:t>[City], [date]</w:t>
      </w:r>
    </w:p>
    <w:p/>
    <w:p>
      <w:r>
        <w:rPr>
          <w:b/>
        </w:rPr>
        <w:t>Final notice: invoice [invoice_number] ([days_overdue] days past due)</w:t>
      </w:r>
    </w:p>
    <w:p/>
    <w:p>
      <w:r>
        <w:t>Hi [client],</w:t>
      </w:r>
    </w:p>
    <w:p/>
    <w:p>
      <w:r>
        <w:t>Despite our earlier reminders, invoice [invoice_number] for [amount] (due [due_date]) remains unpaid after [days_overdue] days.</w:t>
      </w:r>
    </w:p>
    <w:p/>
    <w:p>
      <w:r>
        <w:t>Please pay the balance in full within 10 days of this notice. If we don't receive payment or hear from you by then, we'll send a formal demand letter and may refer the account to a collections agency or file in small claims court, in which case we'll seek the late fees and costs our terms allow.</w:t>
      </w:r>
    </w:p>
    <w:p/>
    <w:p>
      <w:r>
        <w:t>If you dispute this invoice, please reply now so we can address it.</w:t>
      </w:r>
    </w:p>
    <w:p/>
    <w:p>
      <w:r>
        <w:t>Regards,</w:t>
      </w:r>
    </w:p>
    <w:p>
      <w:r>
        <w:t>[sender_name]</w:t>
      </w:r>
    </w:p>
    <w:p>
      <w:r>
        <w:t>[business_name]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Past due notices (Word) · dunlio.com · English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